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הקשר היסטורי של שלושה מקורות מרכזיים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ערכים המובעים בדברי המנהיג בכל 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המקורות ולהסיק מסקנות על אחריות מנהיגותית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אנשיו, לוחמי האצ"ל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28.8.1983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סיבה אישית לחלוטין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ביקש למנוע מלחמת אחים ולא לפתוח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חוזה השלום הראשון של ישראל עם מדינה ערבית שכנה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אמר אותה בעברית, אנגלית וערבית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הודאה אישית שמלמדת על אחריות מנהיגותית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מקור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(1948, 'לא תהיה מלחמת אחים')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(1979, 'שלום עליכם, שלום, סלאם')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(1983, 'אינני יכול עוד')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מלחמת אחים)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(שאיפה לשלום ולהפסקת שפיכות 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מבקש מהם להימנע ממלחמת אחים ומעמיד את אחדות העם מעל לכאב ולנקמה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לפנות גם לישראלים, גם לאמריקאים וגם לערבים ולהביע שאיפה לשלום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שמנהיג צריך להכיר בגבולות כוחו ולדעת לפרוש כשאינו מסוגל למלא את תפקידו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יזהו ערך משותף כמו אחריות, מניעת אלימות או שאיפה לשלום ויתמכו בדוגמאות מהמקורות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אלטלנה,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לשלום ולהפסקת שפיכות 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הכרה באחריות ובגבולות הכוח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מקור בקול לפני הפעילות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על המשותף בין שלושת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מקורות מתוך 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שלושה קטעים קצרים ממה שבגין אמר. נקרא כל קטע, נבין מתי הוא נאמר, ונחשוב מה הוא מלמד אותנו.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או מסמך מתקופה מסוימת שמלמד אותנו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אלטלנה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ספינת נשק שהגיעה לישראל ב-1948 וגרמה למשבר פנימי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שמסיים מצב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שפיכות דמים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הרג ומלחמה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מלחמת אחים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מלחמה בין אנשים מאותו עם או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הודעת התפטרות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הכרזה רשמית של מנהיג שהוא עוזב את תפקידו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מנהיגותית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מנהיג להכיר בגבולות כוחו ולקבל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קרתה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בגין פנה בנאום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אנשיו, לוחמי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 האו"ם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עיר היה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וושינגטון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בגין הודיע שהוא מתפטר?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28.8.1983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1.1.1984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6.6.1982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בגין אמר שהוא התפטר?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אישית לחלוטין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מחלוקת בממשלה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כישלון כלכלי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בנאום האלטלנה בגין קרא ללוחמיו להמשיך להילחם בכוח צה"ל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שעליו נאם בגין נחתם בין ישראל למצרים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חתימת חוזה השלום בגין אמר את המילה 'שלום' בשפה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במילים 'איני יכול עוד' ביטא בגין הכרה בגבולות כוחו כמנהיג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בנאום האלטלנה אמר בגין: 'לא תהיה מלחמת __________!'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 חתימת חוזה השלום אמר בגין: 'לא עוד מלחמה, לא עוד שפיכות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חוזה השלום שעליו נאם בגין נחתם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בהודעתו לממשלה אמר בגין: 'אינני __________ עוד'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מקור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שאיפה לשלום ולהפסקת שפיכות 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1983, 'אינני יכול עוד'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ההודעה לממשלה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מניעת מלחמת אחים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הערך המרכזי במקור א'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1979, 'שלום עליכם, שלום, סלאם'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הערך המרכזי במקור ב'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1948, 'לא תהיה מלחמת אחים'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 בגין מאנשיו בנאום האלטלנה, ואיזה ערך הוא מעמיד מעל לכעס?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בגין בחר לומר את המילה 'שלום' בשלוש שפות בטקס חתימת החוזה?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ניתן ללמוד על אחריות מנהיגותית מהודעת ההתפטרות של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המשווה בין שלושת המקורות: מה משותף להם מבחינת הערכים שבגין מבטא בהם?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שבו אמר בגין 'לא תהיה מלחמת אחים'?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המרכזי בנאום חתימת 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לומדים מהודעת ההתפטרות של בגין על מנהיגות?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מקורות מתוך 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